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B3858" w14:textId="77777777" w:rsidR="002B08B0" w:rsidRDefault="00F47217">
      <w:pPr>
        <w:jc w:val="center"/>
      </w:pPr>
      <w:r>
        <w:rPr>
          <w:b/>
          <w:sz w:val="36"/>
        </w:rPr>
        <w:t>PTA Meeting Minutes</w:t>
      </w:r>
    </w:p>
    <w:p w14:paraId="727D6AF2" w14:textId="77777777" w:rsidR="002B08B0" w:rsidRDefault="00F47217">
      <w:pPr>
        <w:jc w:val="center"/>
      </w:pPr>
      <w:r>
        <w:rPr>
          <w:b/>
          <w:sz w:val="24"/>
        </w:rPr>
        <w:t>Thursday 3rd September 2026</w:t>
      </w:r>
    </w:p>
    <w:p w14:paraId="507CC418" w14:textId="77777777" w:rsidR="002B08B0" w:rsidRDefault="00F47217">
      <w:r>
        <w:t>Venue: Great Berry Primary School</w:t>
      </w:r>
    </w:p>
    <w:p w14:paraId="5D7BA210" w14:textId="77777777" w:rsidR="002B08B0" w:rsidRDefault="00F47217">
      <w:r>
        <w:t>Next Meeting: Thursday 24th September 2026 at 7:00pm, in the demountable</w:t>
      </w:r>
    </w:p>
    <w:p w14:paraId="6B051561" w14:textId="77777777" w:rsidR="002B08B0" w:rsidRDefault="00F47217">
      <w:r w:rsidRPr="008B72D9">
        <w:rPr>
          <w:b/>
          <w:sz w:val="26"/>
          <w:highlight w:val="yellow"/>
        </w:rPr>
        <w:t>1. Attendance</w:t>
      </w:r>
    </w:p>
    <w:p w14:paraId="3D1214B6" w14:textId="77777777" w:rsidR="002B08B0" w:rsidRDefault="00F47217">
      <w:r>
        <w:t>Present:</w:t>
      </w:r>
    </w:p>
    <w:p w14:paraId="79B1684D" w14:textId="73548A57" w:rsidR="002B08B0" w:rsidRDefault="00F47217">
      <w:r>
        <w:t>Glen S, Debbie S, Vi</w:t>
      </w:r>
      <w:r w:rsidR="008B72D9">
        <w:t>kki</w:t>
      </w:r>
      <w:r>
        <w:t xml:space="preserve"> B, Kelly M, Vicky S, Rebecca H, Katie H, Laura G, </w:t>
      </w:r>
      <w:r w:rsidR="008B72D9">
        <w:t>Kristina</w:t>
      </w:r>
      <w:r>
        <w:t xml:space="preserve"> </w:t>
      </w:r>
      <w:proofErr w:type="gramStart"/>
      <w:r>
        <w:t xml:space="preserve">P, </w:t>
      </w:r>
      <w:r w:rsidR="008B72D9">
        <w:t xml:space="preserve">  </w:t>
      </w:r>
      <w:proofErr w:type="gramEnd"/>
      <w:r w:rsidR="008B72D9">
        <w:t xml:space="preserve">                    </w:t>
      </w:r>
      <w:r>
        <w:t>Holly M, Lucy M, Jenn</w:t>
      </w:r>
      <w:r w:rsidR="008B72D9">
        <w:t>i</w:t>
      </w:r>
      <w:r>
        <w:t xml:space="preserve"> P, Br</w:t>
      </w:r>
      <w:r w:rsidR="008B72D9">
        <w:t>yony W</w:t>
      </w:r>
      <w:r>
        <w:t>, Shelly</w:t>
      </w:r>
      <w:r w:rsidR="008B72D9">
        <w:t xml:space="preserve"> C</w:t>
      </w:r>
      <w:r>
        <w:t xml:space="preserve">, </w:t>
      </w:r>
      <w:proofErr w:type="spellStart"/>
      <w:r>
        <w:t>Mr</w:t>
      </w:r>
      <w:proofErr w:type="spellEnd"/>
      <w:r>
        <w:t xml:space="preserve"> Pye, Sara M, Emma Q, Gemma </w:t>
      </w:r>
      <w:proofErr w:type="gramStart"/>
      <w:r>
        <w:t xml:space="preserve">J, </w:t>
      </w:r>
      <w:r w:rsidR="008B72D9">
        <w:t xml:space="preserve">  </w:t>
      </w:r>
      <w:proofErr w:type="gramEnd"/>
      <w:r w:rsidR="008B72D9">
        <w:t xml:space="preserve">               </w:t>
      </w:r>
      <w:r>
        <w:t>Natalie A</w:t>
      </w:r>
      <w:r w:rsidR="008B72D9">
        <w:t>, Ava C</w:t>
      </w:r>
    </w:p>
    <w:p w14:paraId="25FB382D" w14:textId="77777777" w:rsidR="002B08B0" w:rsidRDefault="00F47217">
      <w:r>
        <w:t>Apologies:</w:t>
      </w:r>
    </w:p>
    <w:p w14:paraId="31A6E6E6" w14:textId="07786E9B" w:rsidR="002B08B0" w:rsidRDefault="00F47217">
      <w:r>
        <w:t>April B, Kayleigh LM</w:t>
      </w:r>
    </w:p>
    <w:p w14:paraId="6AF4C325" w14:textId="77777777" w:rsidR="002B08B0" w:rsidRDefault="00F47217">
      <w:r w:rsidRPr="008B72D9">
        <w:rPr>
          <w:b/>
          <w:sz w:val="26"/>
          <w:highlight w:val="yellow"/>
        </w:rPr>
        <w:t>2. PTA Funding and Approvals</w:t>
      </w:r>
    </w:p>
    <w:p w14:paraId="4AEF481E" w14:textId="1B23C899" w:rsidR="002B08B0" w:rsidRDefault="00F47217">
      <w:r>
        <w:t xml:space="preserve">The following </w:t>
      </w:r>
      <w:r w:rsidR="008B72D9">
        <w:t>yellow forms</w:t>
      </w:r>
      <w:r>
        <w:t xml:space="preserve"> </w:t>
      </w:r>
      <w:proofErr w:type="gramStart"/>
      <w:r>
        <w:t>was</w:t>
      </w:r>
      <w:proofErr w:type="gramEnd"/>
      <w:r>
        <w:t xml:space="preserve"> discussed and approved and signed off:</w:t>
      </w:r>
    </w:p>
    <w:p w14:paraId="58AE9378" w14:textId="77777777" w:rsidR="002B08B0" w:rsidRDefault="00F47217">
      <w:pPr>
        <w:pStyle w:val="ListBullet"/>
      </w:pPr>
      <w:r>
        <w:t>Year 6 Leavers' Hoodies (last year): £1,197.82</w:t>
      </w:r>
    </w:p>
    <w:p w14:paraId="3C5C4400" w14:textId="77777777" w:rsidR="002B08B0" w:rsidRDefault="00F47217">
      <w:pPr>
        <w:pStyle w:val="ListBullet"/>
      </w:pPr>
      <w:r>
        <w:t>Year 6 Leavers' Trophies/Awards (last year): £42.49</w:t>
      </w:r>
    </w:p>
    <w:p w14:paraId="3AA992EF" w14:textId="77777777" w:rsidR="002B08B0" w:rsidRDefault="00F47217">
      <w:pPr>
        <w:pStyle w:val="ListBullet"/>
      </w:pPr>
      <w:r>
        <w:t>Sunshine badges, stars and certificates for this year: £138.63</w:t>
      </w:r>
    </w:p>
    <w:p w14:paraId="1676B9FC" w14:textId="7216450A" w:rsidR="002B08B0" w:rsidRDefault="00F47217">
      <w:pPr>
        <w:pStyle w:val="ListBullet"/>
      </w:pPr>
      <w:r>
        <w:t>The Gruffalo books x 8: £59.92</w:t>
      </w:r>
      <w:r w:rsidR="008B72D9">
        <w:t xml:space="preserve"> years EYS,1,2,3 </w:t>
      </w:r>
    </w:p>
    <w:p w14:paraId="63C9C63F" w14:textId="77777777" w:rsidR="002B08B0" w:rsidRDefault="00F47217">
      <w:pPr>
        <w:pStyle w:val="ListBullet"/>
      </w:pPr>
      <w:r>
        <w:t>Music tuition for Years 3, 4, 5 and 6: £529.25</w:t>
      </w:r>
    </w:p>
    <w:p w14:paraId="4EC74696" w14:textId="77777777" w:rsidR="002B08B0" w:rsidRDefault="00F47217">
      <w:r>
        <w:t>It was discussed that Essex County Council previously funded the music lessons, but this funding is no longer available. The school does not currently have the budget to cover the cost, so the PTA has agreed to fund the music tuition.</w:t>
      </w:r>
    </w:p>
    <w:p w14:paraId="4DEBD151" w14:textId="6AE70458" w:rsidR="002B08B0" w:rsidRDefault="00F47217">
      <w:r>
        <w:t xml:space="preserve">The music lessons will run </w:t>
      </w:r>
      <w:r w:rsidR="008B72D9">
        <w:t>in school time and one year</w:t>
      </w:r>
      <w:r w:rsidR="00FA7196">
        <w:t xml:space="preserve"> 4</w:t>
      </w:r>
      <w:r w:rsidR="008B72D9">
        <w:t xml:space="preserve"> </w:t>
      </w:r>
      <w:r>
        <w:t xml:space="preserve">will </w:t>
      </w:r>
      <w:r w:rsidR="008B72D9">
        <w:t>showcase</w:t>
      </w:r>
      <w:r>
        <w:t xml:space="preserve"> a concert around Christmas time.</w:t>
      </w:r>
    </w:p>
    <w:p w14:paraId="6AC9EEAF" w14:textId="77777777" w:rsidR="002B08B0" w:rsidRDefault="00F47217">
      <w:proofErr w:type="spellStart"/>
      <w:r>
        <w:t>Mr</w:t>
      </w:r>
      <w:proofErr w:type="spellEnd"/>
      <w:r>
        <w:t xml:space="preserve"> Pye explained that Great Berry receives limited funding due to its postcode area and therefore relies heavily on the PTA. Many additional resources and activities would not be affordable without PTA support. All staff greatly appreciate the PTA's contribution and the positive impact it has on the children.</w:t>
      </w:r>
    </w:p>
    <w:p w14:paraId="474817E3" w14:textId="6E086F5C" w:rsidR="002B08B0" w:rsidRDefault="00F47217">
      <w:r>
        <w:t xml:space="preserve">The PTA </w:t>
      </w:r>
      <w:proofErr w:type="gramStart"/>
      <w:r>
        <w:t>raised</w:t>
      </w:r>
      <w:proofErr w:type="gramEnd"/>
      <w:r>
        <w:t xml:space="preserve"> approximately £</w:t>
      </w:r>
      <w:r w:rsidR="005429E2">
        <w:t>19.2k</w:t>
      </w:r>
      <w:r>
        <w:t xml:space="preserve"> last year.</w:t>
      </w:r>
    </w:p>
    <w:p w14:paraId="33C94AC3" w14:textId="77777777" w:rsidR="002B08B0" w:rsidRDefault="00F47217">
      <w:r>
        <w:t>Approval process:</w:t>
      </w:r>
    </w:p>
    <w:p w14:paraId="4C45F8E0" w14:textId="055CD1F8" w:rsidR="002B08B0" w:rsidRDefault="00F47217">
      <w:pPr>
        <w:pStyle w:val="ListBullet"/>
      </w:pPr>
      <w:r>
        <w:t xml:space="preserve">Purchases under £250 on a yellow form can be </w:t>
      </w:r>
      <w:r w:rsidR="00FA7196">
        <w:t xml:space="preserve">approved via the core. </w:t>
      </w:r>
    </w:p>
    <w:p w14:paraId="336981A4" w14:textId="77777777" w:rsidR="002B08B0" w:rsidRDefault="00F47217">
      <w:pPr>
        <w:pStyle w:val="ListBullet"/>
      </w:pPr>
      <w:r>
        <w:t>Purchases over £250 require approval from the full PTA committee.</w:t>
      </w:r>
    </w:p>
    <w:p w14:paraId="719F495E" w14:textId="454BB19F" w:rsidR="002B08B0" w:rsidRDefault="00F47217">
      <w:r w:rsidRPr="008B72D9">
        <w:rPr>
          <w:b/>
          <w:sz w:val="26"/>
          <w:highlight w:val="yellow"/>
        </w:rPr>
        <w:lastRenderedPageBreak/>
        <w:t xml:space="preserve">3. </w:t>
      </w:r>
      <w:r w:rsidR="008B72D9" w:rsidRPr="008B72D9">
        <w:rPr>
          <w:b/>
          <w:sz w:val="26"/>
          <w:highlight w:val="yellow"/>
        </w:rPr>
        <w:t>Sport</w:t>
      </w:r>
      <w:r w:rsidRPr="008B72D9">
        <w:rPr>
          <w:b/>
          <w:sz w:val="26"/>
          <w:highlight w:val="yellow"/>
        </w:rPr>
        <w:t xml:space="preserve"> Funding</w:t>
      </w:r>
    </w:p>
    <w:p w14:paraId="06CE7E5B" w14:textId="7FBA25EA" w:rsidR="002B08B0" w:rsidRDefault="00F47217">
      <w:r>
        <w:t xml:space="preserve">It was noted that </w:t>
      </w:r>
      <w:r w:rsidR="008B72D9">
        <w:t>sport</w:t>
      </w:r>
      <w:r>
        <w:t xml:space="preserve"> funding has been reduced from approximately £20,000 per year to £8,000.</w:t>
      </w:r>
    </w:p>
    <w:p w14:paraId="3AD22F6B" w14:textId="77777777" w:rsidR="002B08B0" w:rsidRDefault="00F47217">
      <w:r>
        <w:t>As a result, sports clubs taking place before and after school will need to be paid for by parents.</w:t>
      </w:r>
    </w:p>
    <w:p w14:paraId="2C71E4DA" w14:textId="77777777" w:rsidR="002B08B0" w:rsidRDefault="00F47217">
      <w:r w:rsidRPr="008B72D9">
        <w:rPr>
          <w:b/>
          <w:sz w:val="26"/>
          <w:highlight w:val="yellow"/>
        </w:rPr>
        <w:t>4. School Disco – 16th October</w:t>
      </w:r>
    </w:p>
    <w:p w14:paraId="286555E4" w14:textId="349A9FBB" w:rsidR="002B08B0" w:rsidRDefault="00F47217">
      <w:r>
        <w:t>The school disco will take place on Friday 16th October and will also be a non-uniform day.</w:t>
      </w:r>
      <w:r w:rsidR="005429E2">
        <w:t xml:space="preserve"> Closing date </w:t>
      </w:r>
      <w:proofErr w:type="gramStart"/>
      <w:r w:rsidR="005429E2">
        <w:t>on</w:t>
      </w:r>
      <w:proofErr w:type="gramEnd"/>
      <w:r w:rsidR="005429E2">
        <w:t xml:space="preserve"> PTA events Sunday 11</w:t>
      </w:r>
      <w:r w:rsidR="005429E2" w:rsidRPr="005429E2">
        <w:rPr>
          <w:vertAlign w:val="superscript"/>
        </w:rPr>
        <w:t>th</w:t>
      </w:r>
      <w:r w:rsidR="005429E2">
        <w:t xml:space="preserve"> October</w:t>
      </w:r>
      <w:r w:rsidR="006B6C0C">
        <w:t xml:space="preserve"> at 10pm </w:t>
      </w:r>
    </w:p>
    <w:p w14:paraId="529CC55F" w14:textId="77777777" w:rsidR="002B08B0" w:rsidRDefault="00F47217">
      <w:pPr>
        <w:pStyle w:val="ListBullet"/>
      </w:pPr>
      <w:r>
        <w:t>Years 1 and 2: 3:30pm–4:30pm</w:t>
      </w:r>
    </w:p>
    <w:p w14:paraId="634CBA88" w14:textId="77777777" w:rsidR="002B08B0" w:rsidRDefault="00F47217">
      <w:pPr>
        <w:pStyle w:val="ListBullet"/>
      </w:pPr>
      <w:r>
        <w:t>Years 3 and 4: 5:00pm–6:30pm</w:t>
      </w:r>
    </w:p>
    <w:p w14:paraId="119CD843" w14:textId="77777777" w:rsidR="002B08B0" w:rsidRDefault="00F47217">
      <w:pPr>
        <w:pStyle w:val="ListBullet"/>
      </w:pPr>
      <w:r>
        <w:t>Years 5 and 6: 7:00pm–8:30pm</w:t>
      </w:r>
    </w:p>
    <w:p w14:paraId="4921488C" w14:textId="77777777" w:rsidR="002B08B0" w:rsidRDefault="00F47217">
      <w:pPr>
        <w:pStyle w:val="ListBullet"/>
      </w:pPr>
      <w:r>
        <w:t>Early Years: Disco to take place during the school day</w:t>
      </w:r>
    </w:p>
    <w:p w14:paraId="1CE90445" w14:textId="77777777" w:rsidR="002B08B0" w:rsidRDefault="00F47217">
      <w:r>
        <w:t>The committee agreed to continue with the October date and timings.</w:t>
      </w:r>
    </w:p>
    <w:p w14:paraId="325583A3" w14:textId="77777777" w:rsidR="002B08B0" w:rsidRDefault="00F47217">
      <w:r w:rsidRPr="008B72D9">
        <w:rPr>
          <w:b/>
          <w:sz w:val="26"/>
          <w:highlight w:val="yellow"/>
        </w:rPr>
        <w:t>5. Little Recyclers Clothing Collection</w:t>
      </w:r>
    </w:p>
    <w:p w14:paraId="15A7E360" w14:textId="77777777" w:rsidR="002B08B0" w:rsidRDefault="00F47217">
      <w:r>
        <w:t>The next Little Recyclers clothing collection will take place on Wednesday 4th November.</w:t>
      </w:r>
    </w:p>
    <w:p w14:paraId="4D8B9A1A" w14:textId="77777777" w:rsidR="002B08B0" w:rsidRDefault="00F47217">
      <w:r w:rsidRPr="008B72D9">
        <w:rPr>
          <w:b/>
          <w:sz w:val="26"/>
          <w:highlight w:val="yellow"/>
        </w:rPr>
        <w:t>6. Christmas Bazaar</w:t>
      </w:r>
    </w:p>
    <w:p w14:paraId="7FA3C044" w14:textId="7CBB28BB" w:rsidR="002B08B0" w:rsidRDefault="00F47217">
      <w:pPr>
        <w:pStyle w:val="ListBullet"/>
      </w:pPr>
      <w:r>
        <w:t>6th November: Christmas Bazaar donation day</w:t>
      </w:r>
      <w:r w:rsidR="008B72D9">
        <w:t xml:space="preserve"> </w:t>
      </w:r>
      <w:proofErr w:type="gramStart"/>
      <w:r w:rsidR="008B72D9">
        <w:t>Non Uniform</w:t>
      </w:r>
      <w:proofErr w:type="gramEnd"/>
      <w:r w:rsidR="008B72D9">
        <w:t xml:space="preserve"> </w:t>
      </w:r>
    </w:p>
    <w:p w14:paraId="4813F553" w14:textId="28CCBC72" w:rsidR="002B08B0" w:rsidRDefault="00F47217">
      <w:pPr>
        <w:pStyle w:val="ListBullet"/>
      </w:pPr>
      <w:r>
        <w:t>16th November: Preparation night</w:t>
      </w:r>
      <w:r w:rsidR="008B72D9">
        <w:t>/days</w:t>
      </w:r>
      <w:r>
        <w:t xml:space="preserve"> begin</w:t>
      </w:r>
    </w:p>
    <w:p w14:paraId="40B75E79" w14:textId="77777777" w:rsidR="002B08B0" w:rsidRDefault="00F47217">
      <w:pPr>
        <w:pStyle w:val="ListBullet"/>
      </w:pPr>
      <w:r>
        <w:t>27th November: Christmas wreath-making event</w:t>
      </w:r>
    </w:p>
    <w:p w14:paraId="55B02252" w14:textId="77777777" w:rsidR="002B08B0" w:rsidRDefault="00F47217">
      <w:pPr>
        <w:pStyle w:val="ListBullet"/>
      </w:pPr>
      <w:r>
        <w:t>29th November: Christmas Bazaar</w:t>
      </w:r>
    </w:p>
    <w:p w14:paraId="61217FE0" w14:textId="77777777" w:rsidR="002B08B0" w:rsidRDefault="00F47217">
      <w:r>
        <w:t xml:space="preserve">Unfortunately, there will be no </w:t>
      </w:r>
      <w:proofErr w:type="gramStart"/>
      <w:r>
        <w:t>Father</w:t>
      </w:r>
      <w:proofErr w:type="gramEnd"/>
      <w:r>
        <w:t xml:space="preserve"> Christmas at this year's Christmas Bazaar as he has moved away.</w:t>
      </w:r>
    </w:p>
    <w:p w14:paraId="5D339747" w14:textId="558EF496" w:rsidR="002B08B0" w:rsidRDefault="00F47217">
      <w:r>
        <w:t xml:space="preserve">VB will speak to </w:t>
      </w:r>
      <w:proofErr w:type="spellStart"/>
      <w:r>
        <w:t>Mrs</w:t>
      </w:r>
      <w:proofErr w:type="spellEnd"/>
      <w:r>
        <w:t xml:space="preserve"> </w:t>
      </w:r>
      <w:proofErr w:type="spellStart"/>
      <w:r>
        <w:t>Cranstone</w:t>
      </w:r>
      <w:proofErr w:type="spellEnd"/>
      <w:r>
        <w:t xml:space="preserve"> about the possibility of arranging a </w:t>
      </w:r>
      <w:proofErr w:type="spellStart"/>
      <w:r>
        <w:t>Mrs</w:t>
      </w:r>
      <w:proofErr w:type="spellEnd"/>
      <w:r>
        <w:t xml:space="preserve"> </w:t>
      </w:r>
      <w:proofErr w:type="spellStart"/>
      <w:r>
        <w:t>Cranstone</w:t>
      </w:r>
      <w:proofErr w:type="spellEnd"/>
      <w:r>
        <w:t xml:space="preserve"> story</w:t>
      </w:r>
      <w:r w:rsidR="008B72D9">
        <w:t xml:space="preserve"> </w:t>
      </w:r>
      <w:r>
        <w:t>reading and biscuit</w:t>
      </w:r>
      <w:r w:rsidR="008B72D9">
        <w:t xml:space="preserve"> </w:t>
      </w:r>
      <w:r>
        <w:t xml:space="preserve">decorating activity, potentially </w:t>
      </w:r>
      <w:proofErr w:type="spellStart"/>
      <w:r>
        <w:t>organised</w:t>
      </w:r>
      <w:proofErr w:type="spellEnd"/>
      <w:r>
        <w:t xml:space="preserve"> into timeslots and groups.</w:t>
      </w:r>
    </w:p>
    <w:p w14:paraId="1F3F7602" w14:textId="77777777" w:rsidR="002B08B0" w:rsidRDefault="00F47217">
      <w:r>
        <w:t>At the next PTA meeting, the committee will discuss which games and activities will be included at the Christmas Bazaar.</w:t>
      </w:r>
    </w:p>
    <w:p w14:paraId="609EDDD3" w14:textId="77777777" w:rsidR="002B08B0" w:rsidRDefault="00F47217">
      <w:r w:rsidRPr="008B72D9">
        <w:rPr>
          <w:b/>
          <w:sz w:val="26"/>
          <w:highlight w:val="yellow"/>
        </w:rPr>
        <w:t>7. Christmas Events</w:t>
      </w:r>
    </w:p>
    <w:p w14:paraId="49B0E335" w14:textId="75977580" w:rsidR="002B08B0" w:rsidRDefault="00F47217">
      <w:pPr>
        <w:pStyle w:val="ListBullet"/>
      </w:pPr>
      <w:r>
        <w:t>6th December: Closing date for Christmas Gift Sale orders</w:t>
      </w:r>
      <w:r w:rsidR="00C06766">
        <w:t xml:space="preserve"> at 10pm </w:t>
      </w:r>
    </w:p>
    <w:p w14:paraId="22095640" w14:textId="346DCC2E" w:rsidR="002B08B0" w:rsidRDefault="00F47217">
      <w:pPr>
        <w:pStyle w:val="ListBullet"/>
      </w:pPr>
      <w:r>
        <w:t xml:space="preserve">8th December: </w:t>
      </w:r>
      <w:r w:rsidR="008B72D9">
        <w:t>P</w:t>
      </w:r>
      <w:r>
        <w:t>antomime</w:t>
      </w:r>
      <w:r w:rsidR="008B72D9">
        <w:t xml:space="preserve"> Trip years 1-6</w:t>
      </w:r>
      <w:r>
        <w:t xml:space="preserve"> funded by the PTA</w:t>
      </w:r>
    </w:p>
    <w:p w14:paraId="5B3EA19A" w14:textId="480D61E9" w:rsidR="002B08B0" w:rsidRDefault="00F47217">
      <w:pPr>
        <w:pStyle w:val="ListBullet"/>
      </w:pPr>
      <w:r>
        <w:t>11th December: Christmas Gift Sale</w:t>
      </w:r>
      <w:r w:rsidR="00C06766">
        <w:t>. Closing date Sunday 6</w:t>
      </w:r>
      <w:r w:rsidR="00C06766" w:rsidRPr="00C06766">
        <w:rPr>
          <w:vertAlign w:val="superscript"/>
        </w:rPr>
        <w:t>th</w:t>
      </w:r>
      <w:r w:rsidR="00C06766">
        <w:t xml:space="preserve"> December</w:t>
      </w:r>
      <w:r w:rsidR="007B37E7">
        <w:t xml:space="preserve"> at </w:t>
      </w:r>
      <w:r w:rsidR="001601CB">
        <w:t xml:space="preserve">10pm </w:t>
      </w:r>
    </w:p>
    <w:p w14:paraId="0CCA6E4F" w14:textId="77777777" w:rsidR="002B08B0" w:rsidRDefault="00F47217">
      <w:pPr>
        <w:pStyle w:val="ListBullet"/>
      </w:pPr>
      <w:r>
        <w:t>11th December: Early Years film afternoon</w:t>
      </w:r>
    </w:p>
    <w:p w14:paraId="4CF68C9D" w14:textId="77777777" w:rsidR="002B08B0" w:rsidRDefault="00F47217">
      <w:pPr>
        <w:pStyle w:val="ListBullet"/>
      </w:pPr>
      <w:r>
        <w:t>18th December: Christmas carols in the playground</w:t>
      </w:r>
    </w:p>
    <w:p w14:paraId="297D3A8E" w14:textId="276A452A" w:rsidR="002B08B0" w:rsidRDefault="00F47217">
      <w:r>
        <w:t xml:space="preserve">The PTA will </w:t>
      </w:r>
      <w:r w:rsidR="008B72D9">
        <w:t>sell</w:t>
      </w:r>
      <w:r>
        <w:t xml:space="preserve"> refreshments at the Christmas carols.</w:t>
      </w:r>
    </w:p>
    <w:p w14:paraId="443C130E" w14:textId="4E36DCC0" w:rsidR="002B08B0" w:rsidRDefault="00F47217">
      <w:r>
        <w:lastRenderedPageBreak/>
        <w:t>Any volunteers helping with the school pantomime</w:t>
      </w:r>
      <w:r w:rsidR="008B72D9">
        <w:t xml:space="preserve"> and any in school events</w:t>
      </w:r>
      <w:r>
        <w:t xml:space="preserve"> will need to have a valid</w:t>
      </w:r>
      <w:r w:rsidR="001601CB">
        <w:t xml:space="preserve"> enhanced</w:t>
      </w:r>
      <w:r>
        <w:t xml:space="preserve"> DBS check.</w:t>
      </w:r>
    </w:p>
    <w:p w14:paraId="4FB3E623" w14:textId="77777777" w:rsidR="002B08B0" w:rsidRDefault="00F47217">
      <w:r w:rsidRPr="008B72D9">
        <w:rPr>
          <w:b/>
          <w:sz w:val="26"/>
          <w:highlight w:val="yellow"/>
        </w:rPr>
        <w:t>8. Crazy Hair Day</w:t>
      </w:r>
    </w:p>
    <w:p w14:paraId="4390B5B1" w14:textId="77777777" w:rsidR="002B08B0" w:rsidRDefault="00F47217">
      <w:r>
        <w:t>Crazy Hair Day will be moved into Term 2.</w:t>
      </w:r>
    </w:p>
    <w:p w14:paraId="21970D23" w14:textId="77777777" w:rsidR="002B08B0" w:rsidRDefault="00F47217">
      <w:r w:rsidRPr="008B72D9">
        <w:rPr>
          <w:b/>
          <w:sz w:val="26"/>
          <w:highlight w:val="yellow"/>
        </w:rPr>
        <w:t>9. Pumpkin Event</w:t>
      </w:r>
    </w:p>
    <w:p w14:paraId="3ADFB648" w14:textId="77777777" w:rsidR="002B08B0" w:rsidRDefault="00F47217">
      <w:r>
        <w:t>An idea was presented by the PTA's florist for an adult-and-child pumpkin carving workshop.</w:t>
      </w:r>
    </w:p>
    <w:p w14:paraId="3360B555" w14:textId="77777777" w:rsidR="002B08B0" w:rsidRDefault="00F47217">
      <w:r>
        <w:t>The proposed cost was £33 per adult and child, including one pumpkin and decorations. Additional pumpkins would cost £8 each, with decorations charged separately.</w:t>
      </w:r>
    </w:p>
    <w:p w14:paraId="20195B2B" w14:textId="77777777" w:rsidR="002B08B0" w:rsidRDefault="00F47217">
      <w:r>
        <w:t>After discussion, the committee felt that the overall cost would be too high, particularly as the event would need to cover its costs and generate funds for the PTA. The workshop idea was therefore not taken forward.</w:t>
      </w:r>
    </w:p>
    <w:p w14:paraId="07CB3992" w14:textId="77777777" w:rsidR="002B08B0" w:rsidRPr="008B72D9" w:rsidRDefault="00F47217">
      <w:pPr>
        <w:rPr>
          <w:b/>
          <w:bCs/>
        </w:rPr>
      </w:pPr>
      <w:r w:rsidRPr="008B72D9">
        <w:rPr>
          <w:b/>
          <w:bCs/>
        </w:rPr>
        <w:t>Instead, a pumpkin carving competition was suggested:</w:t>
      </w:r>
    </w:p>
    <w:p w14:paraId="1A6C4B51" w14:textId="77777777" w:rsidR="002B08B0" w:rsidRDefault="00F47217">
      <w:pPr>
        <w:pStyle w:val="ListBullet"/>
      </w:pPr>
      <w:r>
        <w:t>£1 entry fee per child</w:t>
      </w:r>
    </w:p>
    <w:p w14:paraId="47921B85" w14:textId="77777777" w:rsidR="002B08B0" w:rsidRDefault="00F47217">
      <w:pPr>
        <w:pStyle w:val="ListBullet"/>
      </w:pPr>
      <w:r>
        <w:t>Children submit a photograph of their carved pumpkin</w:t>
      </w:r>
    </w:p>
    <w:p w14:paraId="4B36A6E4" w14:textId="77777777" w:rsidR="002B08B0" w:rsidRDefault="00F47217">
      <w:pPr>
        <w:pStyle w:val="ListBullet"/>
      </w:pPr>
      <w:r>
        <w:t>Winners will be selected by the PTA</w:t>
      </w:r>
    </w:p>
    <w:p w14:paraId="0AAD500C" w14:textId="77777777" w:rsidR="002B08B0" w:rsidRDefault="00F47217">
      <w:pPr>
        <w:pStyle w:val="ListBullet"/>
      </w:pPr>
      <w:r>
        <w:t xml:space="preserve">The competition could be incorporated into the PTA events </w:t>
      </w:r>
      <w:proofErr w:type="spellStart"/>
      <w:r>
        <w:t>programme</w:t>
      </w:r>
      <w:proofErr w:type="spellEnd"/>
    </w:p>
    <w:p w14:paraId="35E4A052" w14:textId="77777777" w:rsidR="002B08B0" w:rsidRDefault="00F47217">
      <w:r w:rsidRPr="008B72D9">
        <w:rPr>
          <w:b/>
          <w:sz w:val="26"/>
          <w:highlight w:val="yellow"/>
        </w:rPr>
        <w:t>10. PTA Shoppers and Stock Take</w:t>
      </w:r>
    </w:p>
    <w:p w14:paraId="1EE739F7" w14:textId="77777777" w:rsidR="002B08B0" w:rsidRDefault="00F47217">
      <w:r>
        <w:t>Katie H has agreed to become a PTA shopper and will be added to the shoppers' group chat.</w:t>
      </w:r>
    </w:p>
    <w:p w14:paraId="27A779D8" w14:textId="77777777" w:rsidR="002B08B0" w:rsidRDefault="00F47217">
      <w:r>
        <w:t>All existing shoppers are happy to remain on the chat.</w:t>
      </w:r>
    </w:p>
    <w:p w14:paraId="5EFA2763" w14:textId="77777777" w:rsidR="002B08B0" w:rsidRDefault="00F47217">
      <w:r>
        <w:t>A stock take must be completed at the end of September to establish what items and stock remain in the PTA cupboard.</w:t>
      </w:r>
    </w:p>
    <w:p w14:paraId="3DC5EB97" w14:textId="77777777" w:rsidR="002B08B0" w:rsidRDefault="00F47217">
      <w:r>
        <w:t>All shoppers have been asked to start shopping around for items for the Christmas Gift Sale.</w:t>
      </w:r>
    </w:p>
    <w:p w14:paraId="6CEBC589" w14:textId="77777777" w:rsidR="002B08B0" w:rsidRDefault="00F47217">
      <w:r w:rsidRPr="008B72D9">
        <w:rPr>
          <w:b/>
          <w:sz w:val="26"/>
          <w:highlight w:val="yellow"/>
        </w:rPr>
        <w:t>11. Actions</w:t>
      </w:r>
    </w:p>
    <w:tbl>
      <w:tblPr>
        <w:tblStyle w:val="TableGrid"/>
        <w:tblW w:w="0" w:type="auto"/>
        <w:jc w:val="center"/>
        <w:tblLook w:val="04A0" w:firstRow="1" w:lastRow="0" w:firstColumn="1" w:lastColumn="0" w:noHBand="0" w:noVBand="1"/>
      </w:tblPr>
      <w:tblGrid>
        <w:gridCol w:w="2877"/>
        <w:gridCol w:w="2877"/>
        <w:gridCol w:w="2876"/>
      </w:tblGrid>
      <w:tr w:rsidR="002B08B0" w14:paraId="27FBC2A7" w14:textId="77777777">
        <w:trPr>
          <w:jc w:val="center"/>
        </w:trPr>
        <w:tc>
          <w:tcPr>
            <w:tcW w:w="2880" w:type="dxa"/>
          </w:tcPr>
          <w:p w14:paraId="2C061620" w14:textId="77777777" w:rsidR="002B08B0" w:rsidRDefault="00F47217">
            <w:r>
              <w:t>Action</w:t>
            </w:r>
          </w:p>
        </w:tc>
        <w:tc>
          <w:tcPr>
            <w:tcW w:w="2880" w:type="dxa"/>
          </w:tcPr>
          <w:p w14:paraId="008B9F1F" w14:textId="77777777" w:rsidR="002B08B0" w:rsidRDefault="00F47217">
            <w:r>
              <w:t>Person Responsible</w:t>
            </w:r>
          </w:p>
        </w:tc>
        <w:tc>
          <w:tcPr>
            <w:tcW w:w="2880" w:type="dxa"/>
          </w:tcPr>
          <w:p w14:paraId="07642568" w14:textId="77777777" w:rsidR="002B08B0" w:rsidRDefault="00F47217">
            <w:r>
              <w:t>Deadline</w:t>
            </w:r>
          </w:p>
        </w:tc>
      </w:tr>
      <w:tr w:rsidR="002B08B0" w14:paraId="46A84B66" w14:textId="77777777">
        <w:trPr>
          <w:jc w:val="center"/>
        </w:trPr>
        <w:tc>
          <w:tcPr>
            <w:tcW w:w="2880" w:type="dxa"/>
            <w:vAlign w:val="center"/>
          </w:tcPr>
          <w:p w14:paraId="006744AB" w14:textId="77777777" w:rsidR="002B08B0" w:rsidRDefault="00F47217">
            <w:r>
              <w:t xml:space="preserve">Speak to </w:t>
            </w:r>
            <w:proofErr w:type="spellStart"/>
            <w:r>
              <w:t>Mrs</w:t>
            </w:r>
            <w:proofErr w:type="spellEnd"/>
            <w:r>
              <w:t xml:space="preserve"> </w:t>
            </w:r>
            <w:proofErr w:type="spellStart"/>
            <w:r>
              <w:t>Cranstone</w:t>
            </w:r>
            <w:proofErr w:type="spellEnd"/>
            <w:r>
              <w:t xml:space="preserve"> regarding story-reading and biscuit decorating</w:t>
            </w:r>
          </w:p>
        </w:tc>
        <w:tc>
          <w:tcPr>
            <w:tcW w:w="2880" w:type="dxa"/>
            <w:vAlign w:val="center"/>
          </w:tcPr>
          <w:p w14:paraId="14C2149A" w14:textId="3CAB64F4" w:rsidR="002B08B0" w:rsidRDefault="00F47217">
            <w:r>
              <w:t>Vi</w:t>
            </w:r>
            <w:r w:rsidR="008B72D9">
              <w:t xml:space="preserve">kki </w:t>
            </w:r>
            <w:r>
              <w:t>B</w:t>
            </w:r>
          </w:p>
        </w:tc>
        <w:tc>
          <w:tcPr>
            <w:tcW w:w="2880" w:type="dxa"/>
            <w:vAlign w:val="center"/>
          </w:tcPr>
          <w:p w14:paraId="749D03D0" w14:textId="77777777" w:rsidR="002B08B0" w:rsidRDefault="00F47217">
            <w:r>
              <w:t>Next meeting</w:t>
            </w:r>
          </w:p>
        </w:tc>
      </w:tr>
      <w:tr w:rsidR="002B08B0" w14:paraId="3B71DE25" w14:textId="77777777">
        <w:trPr>
          <w:jc w:val="center"/>
        </w:trPr>
        <w:tc>
          <w:tcPr>
            <w:tcW w:w="2880" w:type="dxa"/>
            <w:vAlign w:val="center"/>
          </w:tcPr>
          <w:p w14:paraId="41617407" w14:textId="77777777" w:rsidR="002B08B0" w:rsidRDefault="00F47217">
            <w:r>
              <w:t>Discuss Christmas Bazaar games and activities</w:t>
            </w:r>
          </w:p>
        </w:tc>
        <w:tc>
          <w:tcPr>
            <w:tcW w:w="2880" w:type="dxa"/>
            <w:vAlign w:val="center"/>
          </w:tcPr>
          <w:p w14:paraId="52AD0091" w14:textId="77777777" w:rsidR="002B08B0" w:rsidRDefault="00F47217">
            <w:r>
              <w:t>PTA Committee</w:t>
            </w:r>
          </w:p>
        </w:tc>
        <w:tc>
          <w:tcPr>
            <w:tcW w:w="2880" w:type="dxa"/>
            <w:vAlign w:val="center"/>
          </w:tcPr>
          <w:p w14:paraId="51FB9437" w14:textId="77777777" w:rsidR="002B08B0" w:rsidRDefault="00F47217">
            <w:r>
              <w:t>Next meeting</w:t>
            </w:r>
          </w:p>
        </w:tc>
      </w:tr>
      <w:tr w:rsidR="002B08B0" w14:paraId="58745795" w14:textId="77777777">
        <w:trPr>
          <w:jc w:val="center"/>
        </w:trPr>
        <w:tc>
          <w:tcPr>
            <w:tcW w:w="2880" w:type="dxa"/>
            <w:vAlign w:val="center"/>
          </w:tcPr>
          <w:p w14:paraId="1A63F4F4" w14:textId="77777777" w:rsidR="002B08B0" w:rsidRDefault="00F47217">
            <w:r>
              <w:t>Add Katie H to shoppers' chat</w:t>
            </w:r>
          </w:p>
        </w:tc>
        <w:tc>
          <w:tcPr>
            <w:tcW w:w="2880" w:type="dxa"/>
            <w:vAlign w:val="center"/>
          </w:tcPr>
          <w:p w14:paraId="07B9015F" w14:textId="77777777" w:rsidR="002B08B0" w:rsidRDefault="00F47217">
            <w:r>
              <w:t>PTA</w:t>
            </w:r>
          </w:p>
        </w:tc>
        <w:tc>
          <w:tcPr>
            <w:tcW w:w="2880" w:type="dxa"/>
            <w:vAlign w:val="center"/>
          </w:tcPr>
          <w:p w14:paraId="5F764CFC" w14:textId="77777777" w:rsidR="002B08B0" w:rsidRDefault="00F47217">
            <w:r>
              <w:t>ASAP</w:t>
            </w:r>
          </w:p>
        </w:tc>
      </w:tr>
      <w:tr w:rsidR="002B08B0" w14:paraId="2F611E3B" w14:textId="77777777">
        <w:trPr>
          <w:jc w:val="center"/>
        </w:trPr>
        <w:tc>
          <w:tcPr>
            <w:tcW w:w="2880" w:type="dxa"/>
            <w:vAlign w:val="center"/>
          </w:tcPr>
          <w:p w14:paraId="0250C886" w14:textId="77777777" w:rsidR="002B08B0" w:rsidRDefault="00F47217">
            <w:r>
              <w:t>Complete PTA cupboard stock take</w:t>
            </w:r>
          </w:p>
        </w:tc>
        <w:tc>
          <w:tcPr>
            <w:tcW w:w="2880" w:type="dxa"/>
            <w:vAlign w:val="center"/>
          </w:tcPr>
          <w:p w14:paraId="7029648A" w14:textId="77777777" w:rsidR="002B08B0" w:rsidRDefault="00F47217">
            <w:r>
              <w:t>Shoppers/PTA</w:t>
            </w:r>
          </w:p>
        </w:tc>
        <w:tc>
          <w:tcPr>
            <w:tcW w:w="2880" w:type="dxa"/>
            <w:vAlign w:val="center"/>
          </w:tcPr>
          <w:p w14:paraId="7F02F43F" w14:textId="77777777" w:rsidR="002B08B0" w:rsidRDefault="00F47217">
            <w:r>
              <w:t>End of September</w:t>
            </w:r>
          </w:p>
        </w:tc>
      </w:tr>
      <w:tr w:rsidR="002B08B0" w14:paraId="6065BAC5" w14:textId="77777777">
        <w:trPr>
          <w:jc w:val="center"/>
        </w:trPr>
        <w:tc>
          <w:tcPr>
            <w:tcW w:w="2880" w:type="dxa"/>
            <w:vAlign w:val="center"/>
          </w:tcPr>
          <w:p w14:paraId="3BD19553" w14:textId="77777777" w:rsidR="002B08B0" w:rsidRDefault="00F47217">
            <w:r>
              <w:t>Begin sourcing Christmas Gift Sale items</w:t>
            </w:r>
          </w:p>
        </w:tc>
        <w:tc>
          <w:tcPr>
            <w:tcW w:w="2880" w:type="dxa"/>
            <w:vAlign w:val="center"/>
          </w:tcPr>
          <w:p w14:paraId="725A6D76" w14:textId="77777777" w:rsidR="002B08B0" w:rsidRDefault="00F47217">
            <w:r>
              <w:t>All shoppers</w:t>
            </w:r>
          </w:p>
        </w:tc>
        <w:tc>
          <w:tcPr>
            <w:tcW w:w="2880" w:type="dxa"/>
            <w:vAlign w:val="center"/>
          </w:tcPr>
          <w:p w14:paraId="12263FAE" w14:textId="77777777" w:rsidR="002B08B0" w:rsidRDefault="00F47217">
            <w:r>
              <w:t>Ongoing</w:t>
            </w:r>
          </w:p>
        </w:tc>
      </w:tr>
      <w:tr w:rsidR="002B08B0" w14:paraId="2FD97785" w14:textId="77777777">
        <w:trPr>
          <w:jc w:val="center"/>
        </w:trPr>
        <w:tc>
          <w:tcPr>
            <w:tcW w:w="2880" w:type="dxa"/>
            <w:vAlign w:val="center"/>
          </w:tcPr>
          <w:p w14:paraId="39BAF920" w14:textId="77777777" w:rsidR="002B08B0" w:rsidRDefault="00F47217">
            <w:r>
              <w:lastRenderedPageBreak/>
              <w:t>Arrange DBS-checked helpers for school pantomime</w:t>
            </w:r>
          </w:p>
        </w:tc>
        <w:tc>
          <w:tcPr>
            <w:tcW w:w="2880" w:type="dxa"/>
            <w:vAlign w:val="center"/>
          </w:tcPr>
          <w:p w14:paraId="54F40722" w14:textId="77777777" w:rsidR="002B08B0" w:rsidRDefault="00F47217">
            <w:r>
              <w:t>PTA</w:t>
            </w:r>
          </w:p>
        </w:tc>
        <w:tc>
          <w:tcPr>
            <w:tcW w:w="2880" w:type="dxa"/>
            <w:vAlign w:val="center"/>
          </w:tcPr>
          <w:p w14:paraId="30C27A45" w14:textId="77777777" w:rsidR="002B08B0" w:rsidRDefault="00F47217">
            <w:r>
              <w:t>Before 8th December</w:t>
            </w:r>
          </w:p>
        </w:tc>
      </w:tr>
      <w:tr w:rsidR="002B08B0" w14:paraId="5613A604" w14:textId="77777777">
        <w:trPr>
          <w:jc w:val="center"/>
        </w:trPr>
        <w:tc>
          <w:tcPr>
            <w:tcW w:w="2880" w:type="dxa"/>
            <w:vAlign w:val="center"/>
          </w:tcPr>
          <w:p w14:paraId="44CAE39C" w14:textId="77777777" w:rsidR="002B08B0" w:rsidRDefault="00F47217">
            <w:r>
              <w:t>Consider pumpkin carving competition</w:t>
            </w:r>
          </w:p>
        </w:tc>
        <w:tc>
          <w:tcPr>
            <w:tcW w:w="2880" w:type="dxa"/>
            <w:vAlign w:val="center"/>
          </w:tcPr>
          <w:p w14:paraId="368ABDA6" w14:textId="77777777" w:rsidR="002B08B0" w:rsidRDefault="00F47217">
            <w:r>
              <w:t>PTA Committee</w:t>
            </w:r>
          </w:p>
        </w:tc>
        <w:tc>
          <w:tcPr>
            <w:tcW w:w="2880" w:type="dxa"/>
            <w:vAlign w:val="center"/>
          </w:tcPr>
          <w:p w14:paraId="039A6B51" w14:textId="77777777" w:rsidR="002B08B0" w:rsidRDefault="00F47217">
            <w:r>
              <w:t>TBC</w:t>
            </w:r>
          </w:p>
        </w:tc>
      </w:tr>
    </w:tbl>
    <w:p w14:paraId="4AD4CC02" w14:textId="77777777" w:rsidR="002B08B0" w:rsidRDefault="00F47217">
      <w:r w:rsidRPr="008B72D9">
        <w:rPr>
          <w:b/>
          <w:sz w:val="26"/>
          <w:highlight w:val="yellow"/>
        </w:rPr>
        <w:t>12. Next Meeting</w:t>
      </w:r>
    </w:p>
    <w:p w14:paraId="60A3396C" w14:textId="77777777" w:rsidR="002B08B0" w:rsidRDefault="00F47217">
      <w:r>
        <w:t>Thursday 24th September 2026 at 7:00pm</w:t>
      </w:r>
    </w:p>
    <w:p w14:paraId="70DED61F" w14:textId="77777777" w:rsidR="002B08B0" w:rsidRDefault="00F47217">
      <w:r>
        <w:t>Venue: Demountable</w:t>
      </w:r>
    </w:p>
    <w:sectPr w:rsidR="002B08B0"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87019828">
    <w:abstractNumId w:val="8"/>
  </w:num>
  <w:num w:numId="2" w16cid:durableId="1843816081">
    <w:abstractNumId w:val="6"/>
  </w:num>
  <w:num w:numId="3" w16cid:durableId="1318071567">
    <w:abstractNumId w:val="5"/>
  </w:num>
  <w:num w:numId="4" w16cid:durableId="1359431901">
    <w:abstractNumId w:val="4"/>
  </w:num>
  <w:num w:numId="5" w16cid:durableId="1443300589">
    <w:abstractNumId w:val="7"/>
  </w:num>
  <w:num w:numId="6" w16cid:durableId="1088110687">
    <w:abstractNumId w:val="3"/>
  </w:num>
  <w:num w:numId="7" w16cid:durableId="1570843564">
    <w:abstractNumId w:val="2"/>
  </w:num>
  <w:num w:numId="8" w16cid:durableId="1148746064">
    <w:abstractNumId w:val="1"/>
  </w:num>
  <w:num w:numId="9" w16cid:durableId="19999204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601CB"/>
    <w:rsid w:val="0029639D"/>
    <w:rsid w:val="002B08B0"/>
    <w:rsid w:val="00326F90"/>
    <w:rsid w:val="004B431B"/>
    <w:rsid w:val="005429E2"/>
    <w:rsid w:val="006B6C0C"/>
    <w:rsid w:val="007B37E7"/>
    <w:rsid w:val="008B72D9"/>
    <w:rsid w:val="00AA1D8D"/>
    <w:rsid w:val="00AF3629"/>
    <w:rsid w:val="00B47730"/>
    <w:rsid w:val="00C06766"/>
    <w:rsid w:val="00C94EC5"/>
    <w:rsid w:val="00CB0664"/>
    <w:rsid w:val="00D63338"/>
    <w:rsid w:val="00F47217"/>
    <w:rsid w:val="00FA719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87D10C"/>
  <w14:defaultImageDpi w14:val="300"/>
  <w15:docId w15:val="{5FC8C299-BEC3-42BC-A061-5ED3C1C77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778</Words>
  <Characters>4436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Gracie Newmarch</cp:lastModifiedBy>
  <cp:revision>8</cp:revision>
  <dcterms:created xsi:type="dcterms:W3CDTF">2026-09-08T09:38:00Z</dcterms:created>
  <dcterms:modified xsi:type="dcterms:W3CDTF">2026-09-11T13:57:00Z</dcterms:modified>
  <cp:category/>
</cp:coreProperties>
</file>